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SC" w:hAnsi="Noto Sans SC" w:eastAsia="Noto Sans SC"/>
          <w:b/>
          <w:color w:val="17365D"/>
          <w:sz w:val="44"/>
        </w:rPr>
        <w:t>学校—家长协议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High School</w:t>
      </w:r>
    </w:p>
    <w:p>
      <w:pPr>
        <w:jc w:val="center"/>
      </w:pPr>
      <w:r>
        <w:rPr>
          <w:rFonts w:ascii="Noto Sans SC" w:hAnsi="Noto Sans SC" w:eastAsia="Noto Sans SC"/>
          <w:b/>
          <w:color w:val="C69C2D"/>
          <w:sz w:val="22"/>
        </w:rPr>
        <w:t>2026–2027 学年</w:t>
      </w:r>
    </w:p>
    <w:p>
      <w:pPr>
        <w:shd w:fill="FFF6D8"/>
        <w:spacing w:before="100" w:after="140"/>
      </w:pPr>
      <w:r>
        <w:rPr>
          <w:rFonts w:ascii="Noto Sans SC" w:hAnsi="Noto Sans SC" w:eastAsia="Noto Sans SC"/>
          <w:b w:val="0"/>
          <w:color w:val="5B4A00"/>
          <w:sz w:val="17"/>
        </w:rPr>
        <w:t>家庭参考译本。经批准的英文文件仍为正式版本。正式发放前，请由合格的口译员或笔译员审核本译文。</w:t>
      </w:r>
    </w:p>
    <w:p>
      <w:r>
        <w:rPr>
          <w:rFonts w:ascii="Noto Sans SC" w:hAnsi="Noto Sans SC" w:eastAsia="Noto Sans SC"/>
          <w:b w:val="0"/>
          <w:sz w:val="20"/>
        </w:rPr>
        <w:t>本《学校—家长协议》依据《每个学生成功法案》(ESSA) 第一篇A部分第1116条，由家长、学校教职员工和学生共同制定。协议将每年审查，并根据家长意见进行修订。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提供符合密西西比州大学与职业准备标准的高质量课程和教学。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提供安全、支持性的学习环境。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利用评估数据指导教学，并在需要时提供干预支持。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召开家长—教师会议，讨论学生进步和本协议。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提供成绩单、进度报告和及时的学业更新。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通过会议、电话、电子邮件、书面通知和学区其他沟通平台，保持定期、有意义的双向沟通。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为家长提供合理的教职员工联系渠道和志愿服务机会。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在可行范围内，以家长能够理解的语言和形式提供信息。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招聘、留任并支持合格且高效的教育工作者。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家长/监护人责任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关注出勤和家庭作业。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与孩子一起阅读或鼓励每天阅读。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与学校沟通，并参加会议和学校活动。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支持积极行为并鼓励学业成功。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关注成绩、作业和适当的技术使用。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学生责任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按时出勤并做好学习准备。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完成作业，并在需要时寻求帮助。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每天阅读并尽最大努力。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尊重他人并遵守学校规则。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学校领导责任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支持有效教学和积极的家校伙伴关系。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为教职员工提供专业学习机会。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利用学校数据提高学生成绩。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学校联系方式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校长: </w:t>
      </w:r>
      <w:r>
        <w:rPr>
          <w:rFonts w:ascii="Aptos" w:hAnsi="Aptos" w:eastAsia="Aptos"/>
          <w:b w:val="0"/>
          <w:sz w:val="20"/>
        </w:rPr>
        <w:t>Jeremy Harrell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电话: </w:t>
      </w:r>
      <w:r>
        <w:rPr>
          <w:rFonts w:ascii="Aptos" w:hAnsi="Aptos" w:eastAsia="Aptos"/>
          <w:b w:val="0"/>
          <w:sz w:val="20"/>
        </w:rPr>
        <w:t>601-876-3370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家长确认</w:t>
      </w:r>
    </w:p>
    <w:p>
      <w:r>
        <w:rPr>
          <w:rFonts w:ascii="Noto Sans SC" w:hAnsi="Noto Sans SC" w:eastAsia="Noto Sans SC"/>
          <w:b w:val="0"/>
          <w:sz w:val="20"/>
        </w:rPr>
        <w:t>我已与孩子一起阅读本《学校—家长协议》，并理解自己在支持学业成功方面的责任。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学生姓名: __________________________________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家长/监护人正楷姓名: __________________________________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家长/监护人签名: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学生签名: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教师签名: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240"/>
        <w:jc w:val="center"/>
      </w:pPr>
      <w:r>
        <w:rPr>
          <w:rFonts w:ascii="Noto Sans SC" w:hAnsi="Noto Sans SC" w:eastAsia="Noto Sans SC"/>
          <w:b/>
          <w:color w:val="C69C2D"/>
          <w:sz w:val="20"/>
        </w:rPr>
        <w:t>教师认真教学。学生努力学习。学校持续改进。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SC" w:hAnsi="Noto Sans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SC" w:hAnsi="Noto Sans SC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